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MUNKASZERZŐDÉS (MINTA)</w:t>
      </w:r>
    </w:p>
    <w:p/>
    <w:p>
      <w:r>
        <w:t>Munkáltató: Teszt Cég Kft.</w:t>
      </w:r>
    </w:p>
    <w:p>
      <w:r>
        <w:t>Székhely: 1111 Budapest, Teszt utca 1.</w:t>
      </w:r>
    </w:p>
    <w:p/>
    <w:p>
      <w:r>
        <w:t>Munkavállaló: Teszt Elek</w:t>
      </w:r>
    </w:p>
    <w:p>
      <w:r>
        <w:t>Lakcím: 1112 Budapest, Minta köz 5.</w:t>
      </w:r>
    </w:p>
    <w:p/>
    <w:p>
      <w:r>
        <w:t>1. A munkaviszony kezdete</w:t>
      </w:r>
    </w:p>
    <w:p>
      <w:r>
        <w:t>2025. február 1., határozatlan időtartam.</w:t>
      </w:r>
    </w:p>
    <w:p/>
    <w:p>
      <w:r>
        <w:t>2. Munkakör</w:t>
      </w:r>
    </w:p>
    <w:p>
      <w:r>
        <w:t>Rendszergazda.</w:t>
      </w:r>
    </w:p>
    <w:p/>
    <w:p>
      <w:r>
        <w:t>3. Munkavégzés helye</w:t>
      </w:r>
    </w:p>
    <w:p>
      <w:r>
        <w:t>1111 Budapest, Teszt utca 1.</w:t>
      </w:r>
    </w:p>
    <w:p/>
    <w:p>
      <w:r>
        <w:t>4. Munkaidő</w:t>
      </w:r>
    </w:p>
    <w:p>
      <w:r>
        <w:t>Heti 40 óra.</w:t>
      </w:r>
    </w:p>
    <w:p/>
    <w:p>
      <w:r>
        <w:t>5. Munkabér</w:t>
      </w:r>
    </w:p>
    <w:p>
      <w:r>
        <w:t>Bruttó 600.000 Ft/hó.</w:t>
      </w:r>
    </w:p>
    <w:p/>
    <w:p>
      <w:r>
        <w:t>6. Próbaidő</w:t>
      </w:r>
    </w:p>
    <w:p>
      <w:r>
        <w:t>3 hónap.</w:t>
      </w:r>
    </w:p>
    <w:p/>
    <w:p>
      <w:r>
        <w:t>7. Titoktartás</w:t>
      </w:r>
    </w:p>
    <w:p>
      <w:r>
        <w:t>A munkavállaló köteles üzleti titkot megőrizni.</w:t>
      </w:r>
    </w:p>
    <w:p/>
    <w:p>
      <w:r>
        <w:t>Kelt: Budapest, 2025. január 15.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